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AAE94" w14:textId="6C4CF22F" w:rsidR="00843A7A" w:rsidRPr="004242A4" w:rsidRDefault="004242A4" w:rsidP="004242A4">
      <w:pPr>
        <w:rPr>
          <w:color w:val="00B050"/>
        </w:rPr>
      </w:pPr>
      <w:r w:rsidRPr="004242A4">
        <w:rPr>
          <w:noProof/>
          <w:color w:val="00B050"/>
        </w:rPr>
        <w:drawing>
          <wp:anchor distT="0" distB="0" distL="114300" distR="114300" simplePos="0" relativeHeight="251658752" behindDoc="0" locked="0" layoutInCell="1" allowOverlap="1" wp14:anchorId="5CEE7EF6" wp14:editId="4C01F4E4">
            <wp:simplePos x="0" y="0"/>
            <wp:positionH relativeFrom="column">
              <wp:posOffset>5995035</wp:posOffset>
            </wp:positionH>
            <wp:positionV relativeFrom="paragraph">
              <wp:posOffset>-330200</wp:posOffset>
            </wp:positionV>
            <wp:extent cx="688345" cy="962025"/>
            <wp:effectExtent l="0" t="0" r="0" b="0"/>
            <wp:wrapNone/>
            <wp:docPr id="175930275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8345" cy="962025"/>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sidRPr="004242A4">
        <w:rPr>
          <w:b/>
          <w:color w:val="00B050"/>
          <w:sz w:val="36"/>
        </w:rPr>
        <w:t>AANMELDFORMULIER V.V. H.J.S.C.</w:t>
      </w:r>
    </w:p>
    <w:p w14:paraId="14E8330B" w14:textId="77777777" w:rsidR="00843A7A" w:rsidRDefault="00843A7A"/>
    <w:tbl>
      <w:tblPr>
        <w:tblStyle w:val="Tabelraster"/>
        <w:tblW w:w="0" w:type="auto"/>
        <w:jc w:val="center"/>
        <w:tblLook w:val="04A0" w:firstRow="1" w:lastRow="0" w:firstColumn="1" w:lastColumn="0" w:noHBand="0" w:noVBand="1"/>
      </w:tblPr>
      <w:tblGrid>
        <w:gridCol w:w="4981"/>
        <w:gridCol w:w="4981"/>
      </w:tblGrid>
      <w:tr w:rsidR="00843A7A" w14:paraId="68905B09" w14:textId="77777777">
        <w:trPr>
          <w:jc w:val="center"/>
        </w:trPr>
        <w:tc>
          <w:tcPr>
            <w:tcW w:w="4986" w:type="dxa"/>
            <w:vAlign w:val="center"/>
          </w:tcPr>
          <w:p w14:paraId="2AFAE738" w14:textId="77777777" w:rsidR="00843A7A" w:rsidRDefault="00000000">
            <w:r>
              <w:rPr>
                <w:b/>
              </w:rPr>
              <w:t>Naam</w:t>
            </w:r>
            <w:r>
              <w:br/>
            </w:r>
            <w:r>
              <w:br/>
              <w:t>______________________________</w:t>
            </w:r>
          </w:p>
        </w:tc>
        <w:tc>
          <w:tcPr>
            <w:tcW w:w="4986" w:type="dxa"/>
            <w:vAlign w:val="center"/>
          </w:tcPr>
          <w:p w14:paraId="768507FD" w14:textId="77777777" w:rsidR="00843A7A" w:rsidRDefault="00000000">
            <w:r>
              <w:rPr>
                <w:b/>
              </w:rPr>
              <w:t>Telefoonnummer</w:t>
            </w:r>
            <w:r>
              <w:br/>
            </w:r>
            <w:r>
              <w:br/>
              <w:t>______________________________</w:t>
            </w:r>
          </w:p>
        </w:tc>
      </w:tr>
      <w:tr w:rsidR="00843A7A" w14:paraId="11EE907F" w14:textId="77777777">
        <w:trPr>
          <w:jc w:val="center"/>
        </w:trPr>
        <w:tc>
          <w:tcPr>
            <w:tcW w:w="4986" w:type="dxa"/>
            <w:vAlign w:val="center"/>
          </w:tcPr>
          <w:p w14:paraId="0501584B" w14:textId="77777777" w:rsidR="00843A7A" w:rsidRDefault="00000000">
            <w:r>
              <w:rPr>
                <w:b/>
              </w:rPr>
              <w:t>Adres</w:t>
            </w:r>
            <w:r>
              <w:br/>
            </w:r>
            <w:r>
              <w:br/>
              <w:t>______________________________</w:t>
            </w:r>
          </w:p>
        </w:tc>
        <w:tc>
          <w:tcPr>
            <w:tcW w:w="4986" w:type="dxa"/>
            <w:vAlign w:val="center"/>
          </w:tcPr>
          <w:p w14:paraId="1FA4D791" w14:textId="77777777" w:rsidR="00843A7A" w:rsidRDefault="00000000">
            <w:r>
              <w:rPr>
                <w:b/>
              </w:rPr>
              <w:t>Geboortedatum</w:t>
            </w:r>
            <w:r>
              <w:br/>
            </w:r>
            <w:r>
              <w:br/>
              <w:t>______________________________</w:t>
            </w:r>
          </w:p>
        </w:tc>
      </w:tr>
      <w:tr w:rsidR="00843A7A" w14:paraId="2D58153C" w14:textId="77777777">
        <w:trPr>
          <w:jc w:val="center"/>
        </w:trPr>
        <w:tc>
          <w:tcPr>
            <w:tcW w:w="4986" w:type="dxa"/>
            <w:vAlign w:val="center"/>
          </w:tcPr>
          <w:p w14:paraId="082A222B" w14:textId="77777777" w:rsidR="00843A7A" w:rsidRDefault="00000000">
            <w:r>
              <w:rPr>
                <w:b/>
              </w:rPr>
              <w:t>Postcode / Woonplaats</w:t>
            </w:r>
            <w:r>
              <w:br/>
            </w:r>
            <w:r>
              <w:br/>
              <w:t>______________________________</w:t>
            </w:r>
          </w:p>
        </w:tc>
        <w:tc>
          <w:tcPr>
            <w:tcW w:w="4986" w:type="dxa"/>
            <w:vAlign w:val="center"/>
          </w:tcPr>
          <w:p w14:paraId="536D90C7" w14:textId="77777777" w:rsidR="00843A7A" w:rsidRDefault="00000000">
            <w:r>
              <w:rPr>
                <w:b/>
              </w:rPr>
              <w:t>Geboorteplaats</w:t>
            </w:r>
            <w:r>
              <w:br/>
            </w:r>
            <w:r>
              <w:br/>
              <w:t>______________________________</w:t>
            </w:r>
          </w:p>
        </w:tc>
      </w:tr>
      <w:tr w:rsidR="00843A7A" w14:paraId="2EC2AC31" w14:textId="77777777">
        <w:trPr>
          <w:jc w:val="center"/>
        </w:trPr>
        <w:tc>
          <w:tcPr>
            <w:tcW w:w="4986" w:type="dxa"/>
            <w:vAlign w:val="center"/>
          </w:tcPr>
          <w:p w14:paraId="27336AB3" w14:textId="77777777" w:rsidR="00843A7A" w:rsidRDefault="00000000">
            <w:r>
              <w:rPr>
                <w:b/>
              </w:rPr>
              <w:t>E-mailadres</w:t>
            </w:r>
            <w:r>
              <w:br/>
            </w:r>
            <w:r>
              <w:br/>
              <w:t>______________________________</w:t>
            </w:r>
          </w:p>
        </w:tc>
        <w:tc>
          <w:tcPr>
            <w:tcW w:w="4986" w:type="dxa"/>
            <w:vAlign w:val="center"/>
          </w:tcPr>
          <w:p w14:paraId="7A912EF0" w14:textId="77777777" w:rsidR="00843A7A" w:rsidRDefault="00843A7A"/>
        </w:tc>
      </w:tr>
      <w:tr w:rsidR="00843A7A" w14:paraId="2A5E255A" w14:textId="77777777">
        <w:trPr>
          <w:jc w:val="center"/>
        </w:trPr>
        <w:tc>
          <w:tcPr>
            <w:tcW w:w="4986" w:type="dxa"/>
            <w:vAlign w:val="center"/>
          </w:tcPr>
          <w:p w14:paraId="7D54A924" w14:textId="77777777" w:rsidR="00843A7A" w:rsidRDefault="00843A7A"/>
        </w:tc>
        <w:tc>
          <w:tcPr>
            <w:tcW w:w="4986" w:type="dxa"/>
            <w:vAlign w:val="center"/>
          </w:tcPr>
          <w:p w14:paraId="33E9C603" w14:textId="77777777" w:rsidR="00843A7A" w:rsidRDefault="00843A7A"/>
        </w:tc>
      </w:tr>
    </w:tbl>
    <w:p w14:paraId="78CBB360" w14:textId="77777777" w:rsidR="00843A7A" w:rsidRDefault="00843A7A"/>
    <w:p w14:paraId="4C5E17ED" w14:textId="77777777" w:rsidR="00843A7A" w:rsidRPr="004242A4" w:rsidRDefault="00000000">
      <w:pPr>
        <w:rPr>
          <w:b/>
          <w:bCs/>
        </w:rPr>
      </w:pPr>
      <w:r w:rsidRPr="004242A4">
        <w:rPr>
          <w:b/>
          <w:bCs/>
        </w:rPr>
        <w:t>Ik meld mij aan als:</w:t>
      </w:r>
    </w:p>
    <w:p w14:paraId="50C8C29A" w14:textId="77777777" w:rsidR="00843A7A" w:rsidRDefault="00000000">
      <w:pPr>
        <w:pStyle w:val="Lijstopsomteken"/>
      </w:pPr>
      <w:proofErr w:type="gramStart"/>
      <w:r>
        <w:rPr>
          <w:b/>
        </w:rPr>
        <w:t xml:space="preserve">☐  </w:t>
      </w:r>
      <w:r>
        <w:t>Senioren</w:t>
      </w:r>
      <w:proofErr w:type="gramEnd"/>
      <w:r>
        <w:t xml:space="preserve"> – €162,00 per jaar + €35,00 waskosten</w:t>
      </w:r>
    </w:p>
    <w:p w14:paraId="40DE702D" w14:textId="77777777" w:rsidR="00843A7A" w:rsidRDefault="00000000">
      <w:pPr>
        <w:pStyle w:val="Lijstopsomteken"/>
      </w:pPr>
      <w:r>
        <w:rPr>
          <w:b/>
        </w:rPr>
        <w:t xml:space="preserve">☐  </w:t>
      </w:r>
      <w:r>
        <w:t>HJSC 35+, 45+ / 7vs7 – €78,00 per jaar + €10,00 waskosten</w:t>
      </w:r>
    </w:p>
    <w:p w14:paraId="30824D35" w14:textId="77777777" w:rsidR="00843A7A" w:rsidRDefault="00000000">
      <w:pPr>
        <w:pStyle w:val="Lijstopsomteken"/>
      </w:pPr>
      <w:r>
        <w:rPr>
          <w:b/>
        </w:rPr>
        <w:t xml:space="preserve">☐  </w:t>
      </w:r>
      <w:r>
        <w:t>Niet-spelend lid (K.N.V.B.) – €25,00 per jaar</w:t>
      </w:r>
    </w:p>
    <w:p w14:paraId="11D8C273" w14:textId="77777777" w:rsidR="00843A7A" w:rsidRDefault="00843A7A"/>
    <w:p w14:paraId="43A8613C" w14:textId="6CD97C67" w:rsidR="00843A7A" w:rsidRDefault="00000000">
      <w:r>
        <w:rPr>
          <w:b/>
        </w:rPr>
        <w:t>Eventuele naam vorige voetbalclub</w:t>
      </w:r>
      <w:r>
        <w:t>____________________________________________________________</w:t>
      </w:r>
    </w:p>
    <w:p w14:paraId="7FD4EB9B" w14:textId="77777777" w:rsidR="00843A7A" w:rsidRDefault="00000000">
      <w:proofErr w:type="spellStart"/>
      <w:r>
        <w:rPr>
          <w:b/>
        </w:rPr>
        <w:t>Contributie</w:t>
      </w:r>
      <w:proofErr w:type="spellEnd"/>
      <w:r>
        <w:rPr>
          <w:b/>
        </w:rPr>
        <w:t>-inning</w:t>
      </w:r>
    </w:p>
    <w:p w14:paraId="265F8C2D" w14:textId="4BED5E71" w:rsidR="00843A7A" w:rsidRDefault="00000000">
      <w:r>
        <w:t xml:space="preserve">De </w:t>
      </w:r>
      <w:proofErr w:type="spellStart"/>
      <w:r>
        <w:t>contributie</w:t>
      </w:r>
      <w:proofErr w:type="spellEnd"/>
      <w:r>
        <w:t xml:space="preserve">-inning </w:t>
      </w:r>
      <w:proofErr w:type="spellStart"/>
      <w:r>
        <w:t>vindt</w:t>
      </w:r>
      <w:proofErr w:type="spellEnd"/>
      <w:r>
        <w:t xml:space="preserve"> </w:t>
      </w:r>
      <w:proofErr w:type="spellStart"/>
      <w:r>
        <w:t>plaats</w:t>
      </w:r>
      <w:proofErr w:type="spellEnd"/>
      <w:r>
        <w:t xml:space="preserve"> via NIKKI. NIKKI helpt en ondersteunt onze vereniging bij het innen en verwerken van de contributie-inning. Betalingen kunnen worden gedaan via een iDEAL-betaallink welke u zult ontvangen via e-mail, sms of WhatsApp.</w:t>
      </w:r>
    </w:p>
    <w:p w14:paraId="3A915F5B" w14:textId="77777777" w:rsidR="00843A7A" w:rsidRDefault="00000000">
      <w:r>
        <w:rPr>
          <w:b/>
        </w:rPr>
        <w:t>Privacy</w:t>
      </w:r>
    </w:p>
    <w:p w14:paraId="76040B0F" w14:textId="77777777" w:rsidR="00843A7A" w:rsidRDefault="00000000">
      <w:r>
        <w:t>Er kunnen (team)foto's van u worden gemaakt en gepubliceerd op www.HJSC.nl. Bij het ondertekenen van dit formulier gaat u akkoord met eventuele publicatie van foto's en vermelding van uw gegevens bij de teaminfo. Voor meer informatie omtrent de verwerking van bovenstaande gegevens wordt verwezen naar onze privacy policy op www.HJSC.nl.</w:t>
      </w:r>
    </w:p>
    <w:p w14:paraId="142938F6" w14:textId="77777777" w:rsidR="00843A7A" w:rsidRDefault="00843A7A"/>
    <w:tbl>
      <w:tblPr>
        <w:tblStyle w:val="Tabelraster"/>
        <w:tblW w:w="0" w:type="auto"/>
        <w:jc w:val="center"/>
        <w:tblLook w:val="04A0" w:firstRow="1" w:lastRow="0" w:firstColumn="1" w:lastColumn="0" w:noHBand="0" w:noVBand="1"/>
      </w:tblPr>
      <w:tblGrid>
        <w:gridCol w:w="4981"/>
        <w:gridCol w:w="4981"/>
      </w:tblGrid>
      <w:tr w:rsidR="00843A7A" w14:paraId="5F318757" w14:textId="77777777">
        <w:trPr>
          <w:jc w:val="center"/>
        </w:trPr>
        <w:tc>
          <w:tcPr>
            <w:tcW w:w="4986" w:type="dxa"/>
          </w:tcPr>
          <w:p w14:paraId="0C7AE83F" w14:textId="77777777" w:rsidR="00843A7A" w:rsidRDefault="00000000">
            <w:r>
              <w:rPr>
                <w:b/>
              </w:rPr>
              <w:t>Naam en handtekening</w:t>
            </w:r>
          </w:p>
        </w:tc>
        <w:tc>
          <w:tcPr>
            <w:tcW w:w="4986" w:type="dxa"/>
          </w:tcPr>
          <w:p w14:paraId="622C792C" w14:textId="77777777" w:rsidR="00843A7A" w:rsidRDefault="00000000">
            <w:r>
              <w:rPr>
                <w:b/>
              </w:rPr>
              <w:t>Datum</w:t>
            </w:r>
          </w:p>
        </w:tc>
      </w:tr>
      <w:tr w:rsidR="00843A7A" w14:paraId="05C20DBA" w14:textId="77777777">
        <w:trPr>
          <w:jc w:val="center"/>
        </w:trPr>
        <w:tc>
          <w:tcPr>
            <w:tcW w:w="4986" w:type="dxa"/>
          </w:tcPr>
          <w:p w14:paraId="0A220633" w14:textId="77777777" w:rsidR="00843A7A" w:rsidRDefault="00000000">
            <w:r>
              <w:br/>
            </w:r>
            <w:r>
              <w:br/>
              <w:t>______________________________</w:t>
            </w:r>
          </w:p>
        </w:tc>
        <w:tc>
          <w:tcPr>
            <w:tcW w:w="4986" w:type="dxa"/>
          </w:tcPr>
          <w:p w14:paraId="56549417" w14:textId="77777777" w:rsidR="00843A7A" w:rsidRDefault="00000000">
            <w:r>
              <w:br/>
            </w:r>
            <w:r>
              <w:br/>
              <w:t>______________________________</w:t>
            </w:r>
          </w:p>
        </w:tc>
      </w:tr>
    </w:tbl>
    <w:p w14:paraId="0095441C" w14:textId="77777777" w:rsidR="00843A7A" w:rsidRDefault="00843A7A"/>
    <w:p w14:paraId="230A347A" w14:textId="75A38FD0" w:rsidR="00843A7A" w:rsidRPr="004242A4" w:rsidRDefault="004242A4" w:rsidP="004242A4">
      <w:pPr>
        <w:jc w:val="center"/>
        <w:rPr>
          <w:b/>
          <w:bCs/>
          <w:color w:val="000000" w:themeColor="text1"/>
        </w:rPr>
      </w:pPr>
      <w:proofErr w:type="spellStart"/>
      <w:r w:rsidRPr="004242A4">
        <w:rPr>
          <w:b/>
          <w:bCs/>
          <w:color w:val="000000" w:themeColor="text1"/>
        </w:rPr>
        <w:t>Seizoen</w:t>
      </w:r>
      <w:proofErr w:type="spellEnd"/>
      <w:r w:rsidRPr="004242A4">
        <w:rPr>
          <w:b/>
          <w:bCs/>
          <w:color w:val="000000" w:themeColor="text1"/>
        </w:rPr>
        <w:t xml:space="preserve"> 2026-2027 | </w:t>
      </w:r>
      <w:proofErr w:type="spellStart"/>
      <w:r w:rsidRPr="004242A4">
        <w:rPr>
          <w:b/>
          <w:bCs/>
          <w:color w:val="000000" w:themeColor="text1"/>
        </w:rPr>
        <w:t>Formulier</w:t>
      </w:r>
      <w:proofErr w:type="spellEnd"/>
      <w:r w:rsidRPr="004242A4">
        <w:rPr>
          <w:b/>
          <w:bCs/>
          <w:color w:val="000000" w:themeColor="text1"/>
        </w:rPr>
        <w:t xml:space="preserve"> </w:t>
      </w:r>
      <w:proofErr w:type="spellStart"/>
      <w:r w:rsidRPr="004242A4">
        <w:rPr>
          <w:b/>
          <w:bCs/>
          <w:color w:val="000000" w:themeColor="text1"/>
        </w:rPr>
        <w:t>mailen</w:t>
      </w:r>
      <w:proofErr w:type="spellEnd"/>
      <w:r w:rsidRPr="004242A4">
        <w:rPr>
          <w:b/>
          <w:bCs/>
          <w:color w:val="000000" w:themeColor="text1"/>
        </w:rPr>
        <w:t xml:space="preserve"> </w:t>
      </w:r>
      <w:proofErr w:type="spellStart"/>
      <w:r w:rsidRPr="004242A4">
        <w:rPr>
          <w:b/>
          <w:bCs/>
          <w:color w:val="000000" w:themeColor="text1"/>
        </w:rPr>
        <w:t>naar</w:t>
      </w:r>
      <w:proofErr w:type="spellEnd"/>
      <w:r w:rsidRPr="004242A4">
        <w:rPr>
          <w:b/>
          <w:bCs/>
          <w:color w:val="000000" w:themeColor="text1"/>
        </w:rPr>
        <w:t xml:space="preserve"> </w:t>
      </w:r>
      <w:hyperlink r:id="rId7" w:history="1">
        <w:r w:rsidRPr="004242A4">
          <w:rPr>
            <w:rStyle w:val="Hyperlink"/>
            <w:b/>
            <w:bCs/>
            <w:color w:val="000000" w:themeColor="text1"/>
            <w:u w:val="none"/>
          </w:rPr>
          <w:t>secretaris@HJSC.nl</w:t>
        </w:r>
      </w:hyperlink>
      <w:r w:rsidRPr="004242A4">
        <w:rPr>
          <w:b/>
          <w:bCs/>
          <w:color w:val="000000" w:themeColor="text1"/>
        </w:rPr>
        <w:t xml:space="preserve"> of </w:t>
      </w:r>
      <w:proofErr w:type="spellStart"/>
      <w:r w:rsidRPr="004242A4">
        <w:rPr>
          <w:b/>
          <w:bCs/>
          <w:color w:val="000000" w:themeColor="text1"/>
        </w:rPr>
        <w:t>inbrengen</w:t>
      </w:r>
      <w:proofErr w:type="spellEnd"/>
      <w:r w:rsidRPr="004242A4">
        <w:rPr>
          <w:b/>
          <w:bCs/>
          <w:color w:val="000000" w:themeColor="text1"/>
        </w:rPr>
        <w:t xml:space="preserve"> op de </w:t>
      </w:r>
      <w:proofErr w:type="spellStart"/>
      <w:r w:rsidRPr="004242A4">
        <w:rPr>
          <w:b/>
          <w:bCs/>
          <w:color w:val="000000" w:themeColor="text1"/>
        </w:rPr>
        <w:t>Hoep</w:t>
      </w:r>
      <w:proofErr w:type="spellEnd"/>
      <w:r w:rsidRPr="004242A4">
        <w:rPr>
          <w:b/>
          <w:bCs/>
          <w:color w:val="000000" w:themeColor="text1"/>
        </w:rPr>
        <w:t xml:space="preserve"> 36 in Hommerts</w:t>
      </w:r>
    </w:p>
    <w:sectPr w:rsidR="00843A7A" w:rsidRPr="004242A4" w:rsidSect="00034616">
      <w:pgSz w:w="12240" w:h="15840"/>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210843410">
    <w:abstractNumId w:val="8"/>
  </w:num>
  <w:num w:numId="2" w16cid:durableId="1692343871">
    <w:abstractNumId w:val="6"/>
  </w:num>
  <w:num w:numId="3" w16cid:durableId="1003624165">
    <w:abstractNumId w:val="5"/>
  </w:num>
  <w:num w:numId="4" w16cid:durableId="2075158629">
    <w:abstractNumId w:val="4"/>
  </w:num>
  <w:num w:numId="5" w16cid:durableId="934483968">
    <w:abstractNumId w:val="7"/>
  </w:num>
  <w:num w:numId="6" w16cid:durableId="659965363">
    <w:abstractNumId w:val="3"/>
  </w:num>
  <w:num w:numId="7" w16cid:durableId="124398550">
    <w:abstractNumId w:val="2"/>
  </w:num>
  <w:num w:numId="8" w16cid:durableId="871267484">
    <w:abstractNumId w:val="1"/>
  </w:num>
  <w:num w:numId="9" w16cid:durableId="952397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242A4"/>
    <w:rsid w:val="00843A7A"/>
    <w:rsid w:val="0092479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69B830"/>
  <w14:defaultImageDpi w14:val="300"/>
  <w15:docId w15:val="{F751C432-0A1F-42F8-B492-E32B9E956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Calibri" w:eastAsia="Calibri" w:hAnsi="Calibri"/>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ardalinea-lettertype"/>
    <w:uiPriority w:val="99"/>
    <w:unhideWhenUsed/>
    <w:rsid w:val="004242A4"/>
    <w:rPr>
      <w:color w:val="0000FF" w:themeColor="hyperlink"/>
      <w:u w:val="single"/>
    </w:rPr>
  </w:style>
  <w:style w:type="character" w:styleId="Onopgelostemelding">
    <w:name w:val="Unresolved Mention"/>
    <w:basedOn w:val="Standaardalinea-lettertype"/>
    <w:uiPriority w:val="99"/>
    <w:semiHidden/>
    <w:unhideWhenUsed/>
    <w:rsid w:val="004242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ecretaris@HJSC.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228</Words>
  <Characters>1257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Erro Hofstra</cp:lastModifiedBy>
  <cp:revision>2</cp:revision>
  <dcterms:created xsi:type="dcterms:W3CDTF">2026-09-16T13:44:00Z</dcterms:created>
  <dcterms:modified xsi:type="dcterms:W3CDTF">2026-09-16T13:44:00Z</dcterms:modified>
  <cp:category/>
</cp:coreProperties>
</file>